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ואת סוג הקשר שהן יוצרות (סיבה, תוצאה, ניגוד, תנאי, הוספה)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במילת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עצמאיים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משפטים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"כי" משמשת להסבר הסיבה למשהו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"למרות" מראה שיש הבדל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המשפטים מראים שימוש נכון במילות הקישור ומבטאים קשר ברור בין הסיבה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שמילת סיבה כמו כי או בגלל מסבירה למה קרה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שמילת ניגוד כמו למרות או אבל מראה 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שכי מסביר סיבה ולכן מציין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בקריאה משותפת של הדוגמה מהמשחק באתר כדי לחבר בין התרגול למסך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לקרוא את המשפט בקול לפני הבחירה כדי לשמוע מה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שהמשפטים הגיוניים ולא רק טכניים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קישור הן מילים שמחברות בין חלקי משפט ומבהירות את הקשר ביניהם - למשל סיבה, תוצאה, ניגוד, תנאי או הוספה. בדף זה נתרגל זיהוי ושימוש נכון במילות קישור, בדומה למשחק הטיל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השלמת משפטים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 שמעתי את ההוראות ___ היה רעש בכיתה.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ירד גשם חזק ___ בחרנו להישאר בבית.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"כי" מסבירה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"למרות" משמשת להבעת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השעון התקלקל __________ לא הגעתי בזמן.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נשארתי בבית __________ ירד גשם חזק.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מילת 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המשתמש במילת הקישור "כי" ומשפט נוסף המשתמש במילת הקישור "לכן".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שמבטאת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