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ואת סוג הקשר שהן יוצרות (סיבה, תוצאה, ניגוד, תנאי, הוספה)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במילת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עצמאיים תוך שימוש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משפטים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בגלל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"כי" משמשת להסבר הסיבה למשהו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"לכן" מציינת תוצאה, לא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"למרות" מראה שיש הבדל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"בנוסף" מוסיפה פרט נוסף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"אם" פותחת תנאי שצריך להתקיים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המשפטים מראים שימוש נכון במילות הקישור ומבטאים קשר ברור בין הסיבה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משלב/ת שתי מילות קישור מתאימות והמשפט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שמילת סיבה כמו כי או בגלל מסבירה למה קרה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שמילת ניגוד כמו למרות או אבל מראה 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שכי מסביר סיבה ולכן מציין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בקריאה משותפת של הדוגמה מהמשחק באתר כדי לחבר בין התרגול למסך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לקרוא את המשפט בקול לפני הבחירה כדי לשמוע מה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שהמשפטים הגיוניים ולא רק טכניים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מילת קישור היא מילה שמחברת בין שני חלקים של משפט. היא עוזרת להבין למה קרה משהו, מה התוצאה, או מה ההבדל בין שני דברים. נתרגל איך לבחור את המילה הנכונה.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חלקים של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קרה משהו - למשל: כי, בגלל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קרה בעקבות משהו - למשל: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בין שני דברים - למשל: למרות, אבל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צריך לקרות קודם - למשל: אם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הוספה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מידע - למשל: בנוסף, כמו 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השלמת משפטים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המתאימה למשפט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שמתאימה לתוצאה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שמראה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שמסבירה את הסיבה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שמוסיפה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את מילת התנאי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"כי" מסבירה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"לכן" מציינת ניגוד בין שני חלקי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"למרות" משמשת להבעת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"בנוסף" משמשת להוספת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"אם" משמשת לציון תנאי.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השעון התקלקל __________ לא הגעתי בזמן.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ניגשה למבחן __________ לא למדה מספיק.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נשארתי בבית __________ ירד גשם חזק.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אוהבת תפוחים, __________ גם אגסים.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תגמור את השיעורים, תוכל לצאת לשחק.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מילת קישור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המשתמש במילת הקישור "כי" ומשפט נוסף המשתמש במילת הקישור "לכן".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על יום בבית הספר שבו תשלבו לפחות שתי מילות קישור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שמבטאת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"כי" ל"לכן"?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