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ואת סוג הקשר שהן יוצרות (סיבה, תוצאה, ניגוד, תנאי, הוספה)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במילת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עצמאיים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משפטים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בגלל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"כי" משמשת להסבר הסיבה למשהו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"לכן" מציינת תוצאה, לא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"למרות" מראה שיש הבדל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"בנוסף" מוסיפה פרט נוסף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"אם" פותחת תנאי שצריך להתקיים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המשפטים מראים שימוש נכון במילות הקישור ומבטאים קשר ברור בין הסיבה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משלב/ת שתי מילות קישור מתאימות והמשפט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שמילת סיבה כמו כי או בגלל מסבירה למה קרה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שמילת ניגוד כמו למרות או אבל מראה 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שכי מסביר סיבה ולכן מציין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בקריאה משותפת של הדוגמה מהמשחק באתר כדי לחבר בין התרגול למסך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לקרוא את המשפט בקול לפני הבחירה כדי לשמוע מה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שהמשפטים הגיוניים ולא רק טכניים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הן מילים שמחברות בין חלקי משפט ומבהירות את הקשר ביניהם - למשל סיבה, תוצאה, ניגוד, תנאי או הוספה. בדף זה נתרגל זיהוי ושימוש נכון במילות קישור, בדומה למשחק הטיל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משפטים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 שמעתי את ההוראות ___ היה רעש בכיתה.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ירד גשם חזק ___ בחרנו להישאר בבית.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הוא הלך לבית הספר ___ היה חולה.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ירד גשם, המשחק בוטל.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אני אוהב לקרוא, ___ אני גם אוהב לכתוב.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___ תרד בחום, לא נצא לטיול.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"כי" מסבירה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"לכן" מציינת ניגוד בין שני חלקי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"למרות" משמשת להבעת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"בנוסף" משמשת להוספת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"אם" משמשת לציון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השעון התקלקל __________ לא הגעתי בזמן.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ניגשה למבחן __________ לא למדה מספיק.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נשארתי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אוהבת תפוחים, __________ גם אגסים.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תגמור את השיעורים, תוכל לצאת לשחק.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המשתמש במילת הקישור "כי" ומשפט נוסף המשתמש במילת הקישור "לכן".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יום בבית הספר שבו תשלבו לפחות שתי מילות קישור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"כי" ל"לכן"?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